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F5B8" w14:textId="77777777" w:rsidR="00371D07" w:rsidRDefault="00617520">
      <w:pPr>
        <w:pStyle w:val="Title"/>
      </w:pPr>
      <w:r>
        <w:rPr>
          <w:sz w:val="34"/>
        </w:rPr>
        <w:t>Current governing board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1411"/>
        <w:gridCol w:w="2563"/>
        <w:gridCol w:w="2736"/>
        <w:gridCol w:w="2952"/>
        <w:gridCol w:w="936"/>
        <w:gridCol w:w="936"/>
      </w:tblGrid>
      <w:tr w:rsidR="00371D07" w14:paraId="490715F6" w14:textId="77777777">
        <w:tc>
          <w:tcPr>
            <w:tcW w:w="3960" w:type="dxa"/>
            <w:tcBorders>
              <w:top w:val="single" w:sz="9" w:space="0" w:color="auto"/>
              <w:bottom w:val="single" w:sz="9" w:space="0" w:color="auto"/>
            </w:tcBorders>
          </w:tcPr>
          <w:p w14:paraId="30AB5C4D" w14:textId="77777777" w:rsidR="00371D07" w:rsidRDefault="00371D07">
            <w:pPr>
              <w:spacing w:after="0"/>
            </w:pPr>
          </w:p>
        </w:tc>
        <w:tc>
          <w:tcPr>
            <w:tcW w:w="1411" w:type="dxa"/>
            <w:tcBorders>
              <w:top w:val="single" w:sz="9" w:space="0" w:color="auto"/>
              <w:bottom w:val="single" w:sz="9" w:space="0" w:color="auto"/>
            </w:tcBorders>
          </w:tcPr>
          <w:p w14:paraId="3900C240" w14:textId="77777777" w:rsidR="00371D07" w:rsidRDefault="00371D07">
            <w:pPr>
              <w:spacing w:after="0"/>
            </w:pPr>
          </w:p>
        </w:tc>
        <w:tc>
          <w:tcPr>
            <w:tcW w:w="2563" w:type="dxa"/>
            <w:tcBorders>
              <w:top w:val="single" w:sz="9" w:space="0" w:color="auto"/>
              <w:bottom w:val="single" w:sz="9" w:space="0" w:color="auto"/>
            </w:tcBorders>
          </w:tcPr>
          <w:p w14:paraId="6D28E7A4" w14:textId="77777777" w:rsidR="00371D07" w:rsidRDefault="00371D07">
            <w:pPr>
              <w:spacing w:after="0"/>
            </w:pPr>
          </w:p>
        </w:tc>
        <w:tc>
          <w:tcPr>
            <w:tcW w:w="7560" w:type="dxa"/>
            <w:gridSpan w:val="4"/>
            <w:tcBorders>
              <w:top w:val="single" w:sz="9" w:space="0" w:color="auto"/>
              <w:bottom w:val="single" w:sz="9" w:space="0" w:color="auto"/>
            </w:tcBorders>
          </w:tcPr>
          <w:p w14:paraId="554B68FA" w14:textId="77777777" w:rsidR="00371D07" w:rsidRDefault="00617520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Interests</w:t>
            </w:r>
          </w:p>
        </w:tc>
      </w:tr>
      <w:tr w:rsidR="00371D07" w14:paraId="518D61C5" w14:textId="77777777">
        <w:tc>
          <w:tcPr>
            <w:tcW w:w="3960" w:type="dxa"/>
            <w:tcBorders>
              <w:top w:val="single" w:sz="9" w:space="0" w:color="auto"/>
              <w:bottom w:val="single" w:sz="9" w:space="0" w:color="auto"/>
            </w:tcBorders>
          </w:tcPr>
          <w:p w14:paraId="2FE261B9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Name and appointment</w:t>
            </w:r>
          </w:p>
        </w:tc>
        <w:tc>
          <w:tcPr>
            <w:tcW w:w="1411" w:type="dxa"/>
            <w:tcBorders>
              <w:top w:val="single" w:sz="9" w:space="0" w:color="auto"/>
              <w:bottom w:val="single" w:sz="9" w:space="0" w:color="auto"/>
            </w:tcBorders>
          </w:tcPr>
          <w:p w14:paraId="1ACBCA81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Confirmed</w:t>
            </w:r>
          </w:p>
        </w:tc>
        <w:tc>
          <w:tcPr>
            <w:tcW w:w="2563" w:type="dxa"/>
            <w:tcBorders>
              <w:top w:val="single" w:sz="9" w:space="0" w:color="auto"/>
              <w:bottom w:val="single" w:sz="9" w:space="0" w:color="auto"/>
            </w:tcBorders>
          </w:tcPr>
          <w:p w14:paraId="1724779B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Organisation</w:t>
            </w:r>
          </w:p>
        </w:tc>
        <w:tc>
          <w:tcPr>
            <w:tcW w:w="2736" w:type="dxa"/>
            <w:tcBorders>
              <w:top w:val="single" w:sz="9" w:space="0" w:color="auto"/>
              <w:bottom w:val="single" w:sz="9" w:space="0" w:color="auto"/>
            </w:tcBorders>
          </w:tcPr>
          <w:p w14:paraId="6D0D2662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Type of interest</w:t>
            </w:r>
          </w:p>
        </w:tc>
        <w:tc>
          <w:tcPr>
            <w:tcW w:w="2952" w:type="dxa"/>
            <w:tcBorders>
              <w:top w:val="single" w:sz="9" w:space="0" w:color="auto"/>
              <w:bottom w:val="single" w:sz="9" w:space="0" w:color="auto"/>
            </w:tcBorders>
          </w:tcPr>
          <w:p w14:paraId="2C867CD5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Notes</w:t>
            </w:r>
          </w:p>
        </w:tc>
        <w:tc>
          <w:tcPr>
            <w:tcW w:w="936" w:type="dxa"/>
            <w:tcBorders>
              <w:top w:val="single" w:sz="9" w:space="0" w:color="auto"/>
              <w:bottom w:val="single" w:sz="9" w:space="0" w:color="auto"/>
            </w:tcBorders>
          </w:tcPr>
          <w:p w14:paraId="3E6FBB57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36" w:type="dxa"/>
            <w:tcBorders>
              <w:top w:val="single" w:sz="9" w:space="0" w:color="auto"/>
              <w:bottom w:val="single" w:sz="9" w:space="0" w:color="auto"/>
            </w:tcBorders>
          </w:tcPr>
          <w:p w14:paraId="5F72C8C7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To</w:t>
            </w:r>
          </w:p>
        </w:tc>
      </w:tr>
      <w:tr w:rsidR="00371D07" w14:paraId="2AD9113A" w14:textId="77777777">
        <w:trPr>
          <w:trHeight w:val="1512"/>
        </w:trPr>
        <w:tc>
          <w:tcPr>
            <w:tcW w:w="3960" w:type="dxa"/>
            <w:tcBorders>
              <w:top w:val="single" w:sz="9" w:space="0" w:color="auto"/>
              <w:bottom w:val="single" w:sz="9" w:space="0" w:color="auto"/>
            </w:tcBorders>
          </w:tcPr>
          <w:p w14:paraId="37EC967D" w14:textId="137CE1A0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Name: </w:t>
            </w:r>
            <w:r w:rsidR="006A65B4">
              <w:rPr>
                <w:rFonts w:ascii="Arial" w:hAnsi="Arial"/>
                <w:b/>
                <w:i/>
                <w:sz w:val="18"/>
              </w:rPr>
              <w:t>Claire Smith</w:t>
            </w:r>
          </w:p>
          <w:p w14:paraId="0A55FDAC" w14:textId="391D577D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 w:rsidR="006A65B4">
              <w:rPr>
                <w:rFonts w:ascii="Arial" w:hAnsi="Arial"/>
                <w:sz w:val="18"/>
              </w:rPr>
              <w:t>Chair of Governors</w:t>
            </w:r>
          </w:p>
          <w:p w14:paraId="1FF1752C" w14:textId="2E6BF24C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 w:rsidR="006A65B4">
              <w:rPr>
                <w:rFonts w:ascii="Arial" w:hAnsi="Arial"/>
                <w:b/>
                <w:i/>
                <w:sz w:val="18"/>
              </w:rPr>
              <w:t>0</w:t>
            </w:r>
            <w:r w:rsidR="006A65B4">
              <w:rPr>
                <w:rFonts w:ascii="Arial" w:hAnsi="Arial"/>
                <w:sz w:val="18"/>
              </w:rPr>
              <w:t>1/02/2023</w:t>
            </w:r>
          </w:p>
          <w:p w14:paraId="0D28C99E" w14:textId="62F835AB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 w:rsidR="006A65B4">
              <w:rPr>
                <w:rFonts w:ascii="Arial" w:hAnsi="Arial"/>
                <w:sz w:val="18"/>
              </w:rPr>
              <w:t>31/01/2027</w:t>
            </w:r>
          </w:p>
          <w:p w14:paraId="70CB6173" w14:textId="77777777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411" w:type="dxa"/>
            <w:tcBorders>
              <w:top w:val="single" w:sz="9" w:space="0" w:color="auto"/>
              <w:bottom w:val="single" w:sz="9" w:space="0" w:color="auto"/>
            </w:tcBorders>
          </w:tcPr>
          <w:p w14:paraId="45667BAD" w14:textId="12AD8B34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Nothing to</w:t>
            </w:r>
            <w:r>
              <w:rPr>
                <w:rFonts w:ascii="Arial" w:hAnsi="Arial"/>
                <w:sz w:val="18"/>
              </w:rPr>
              <w:br/>
              <w:t>Declare:</w:t>
            </w:r>
            <w:r>
              <w:rPr>
                <w:rFonts w:ascii="Arial" w:hAnsi="Arial"/>
                <w:sz w:val="18"/>
              </w:rPr>
              <w:br/>
            </w:r>
            <w:r w:rsidR="00650DF3">
              <w:rPr>
                <w:rFonts w:ascii="Arial" w:hAnsi="Arial"/>
                <w:sz w:val="18"/>
              </w:rPr>
              <w:t>02</w:t>
            </w:r>
            <w:r w:rsidR="006A65B4">
              <w:rPr>
                <w:rFonts w:ascii="Arial" w:hAnsi="Arial"/>
                <w:sz w:val="18"/>
              </w:rPr>
              <w:t>/09</w:t>
            </w:r>
            <w:r>
              <w:rPr>
                <w:rFonts w:ascii="Arial" w:hAnsi="Arial"/>
                <w:sz w:val="18"/>
              </w:rPr>
              <w:t>/2025</w:t>
            </w:r>
          </w:p>
        </w:tc>
        <w:tc>
          <w:tcPr>
            <w:tcW w:w="2563" w:type="dxa"/>
            <w:tcBorders>
              <w:top w:val="single" w:sz="9" w:space="0" w:color="auto"/>
              <w:bottom w:val="single" w:sz="9" w:space="0" w:color="auto"/>
            </w:tcBorders>
          </w:tcPr>
          <w:p w14:paraId="07A38247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w="2736" w:type="dxa"/>
            <w:tcBorders>
              <w:top w:val="single" w:sz="9" w:space="0" w:color="auto"/>
              <w:bottom w:val="single" w:sz="9" w:space="0" w:color="auto"/>
            </w:tcBorders>
          </w:tcPr>
          <w:p w14:paraId="26C99CE2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w="2952" w:type="dxa"/>
            <w:tcBorders>
              <w:top w:val="single" w:sz="9" w:space="0" w:color="auto"/>
              <w:bottom w:val="single" w:sz="9" w:space="0" w:color="auto"/>
            </w:tcBorders>
          </w:tcPr>
          <w:p w14:paraId="1F9461B2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w="936" w:type="dxa"/>
            <w:tcBorders>
              <w:top w:val="single" w:sz="9" w:space="0" w:color="auto"/>
              <w:bottom w:val="single" w:sz="9" w:space="0" w:color="auto"/>
            </w:tcBorders>
          </w:tcPr>
          <w:p w14:paraId="1A74AA1B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w="936" w:type="dxa"/>
            <w:tcBorders>
              <w:top w:val="single" w:sz="9" w:space="0" w:color="auto"/>
              <w:bottom w:val="single" w:sz="9" w:space="0" w:color="auto"/>
            </w:tcBorders>
          </w:tcPr>
          <w:p w14:paraId="08AE8961" w14:textId="77777777" w:rsidR="00371D07" w:rsidRDefault="00617520">
            <w:pPr>
              <w:spacing w:after="0"/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371D07" w14:paraId="11F0D91F" w14:textId="77777777">
        <w:trPr>
          <w:trHeight w:val="1512"/>
        </w:trPr>
        <w:tc>
          <w:tcPr>
            <w:tcW w:w="3960" w:type="dxa"/>
          </w:tcPr>
          <w:p w14:paraId="6476A061" w14:textId="679E022D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Name: </w:t>
            </w:r>
            <w:r w:rsidR="006A65B4">
              <w:rPr>
                <w:rFonts w:ascii="Arial" w:hAnsi="Arial"/>
                <w:b/>
                <w:i/>
                <w:sz w:val="18"/>
              </w:rPr>
              <w:t>James Leggett</w:t>
            </w:r>
          </w:p>
          <w:p w14:paraId="35F39FED" w14:textId="61B2D218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 w:rsidR="00650DF3" w:rsidRPr="00650DF3">
              <w:rPr>
                <w:rFonts w:ascii="Arial" w:hAnsi="Arial"/>
                <w:bCs/>
                <w:i/>
                <w:sz w:val="18"/>
              </w:rPr>
              <w:t xml:space="preserve">Parent </w:t>
            </w:r>
            <w:r w:rsidR="006A65B4">
              <w:rPr>
                <w:rFonts w:ascii="Arial" w:hAnsi="Arial"/>
                <w:sz w:val="18"/>
              </w:rPr>
              <w:t>G</w:t>
            </w:r>
            <w:r>
              <w:rPr>
                <w:rFonts w:ascii="Arial" w:hAnsi="Arial"/>
                <w:sz w:val="18"/>
              </w:rPr>
              <w:t>overnor</w:t>
            </w:r>
          </w:p>
          <w:p w14:paraId="5E4B1625" w14:textId="04463A9E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 w:rsidR="00650DF3">
              <w:rPr>
                <w:rFonts w:ascii="Arial" w:hAnsi="Arial"/>
                <w:sz w:val="18"/>
              </w:rPr>
              <w:t>31/01</w:t>
            </w:r>
            <w:r>
              <w:rPr>
                <w:rFonts w:ascii="Arial" w:hAnsi="Arial"/>
                <w:sz w:val="18"/>
              </w:rPr>
              <w:t>/2023</w:t>
            </w:r>
          </w:p>
          <w:p w14:paraId="019D7B7D" w14:textId="6D0FDD83" w:rsidR="00371D07" w:rsidRDefault="00617520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 w:rsidR="00650DF3">
              <w:rPr>
                <w:rFonts w:ascii="Arial" w:hAnsi="Arial"/>
                <w:sz w:val="18"/>
              </w:rPr>
              <w:t>30/01</w:t>
            </w:r>
            <w:r>
              <w:rPr>
                <w:rFonts w:ascii="Arial" w:hAnsi="Arial"/>
                <w:sz w:val="18"/>
              </w:rPr>
              <w:t>/2027</w:t>
            </w:r>
          </w:p>
          <w:p w14:paraId="0B16A2CC" w14:textId="77777777" w:rsidR="00371D07" w:rsidRDefault="00617520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  <w:p w14:paraId="2CC0C2F4" w14:textId="77777777" w:rsidR="006A65B4" w:rsidRDefault="006A65B4">
            <w:pPr>
              <w:spacing w:after="0"/>
              <w:rPr>
                <w:rFonts w:ascii="Arial" w:hAnsi="Arial"/>
                <w:sz w:val="18"/>
              </w:rPr>
            </w:pPr>
          </w:p>
          <w:p w14:paraId="7A03CE73" w14:textId="31C94C69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Name: </w:t>
            </w:r>
            <w:r w:rsidR="00BE703F">
              <w:rPr>
                <w:rFonts w:ascii="Arial" w:hAnsi="Arial"/>
                <w:b/>
                <w:i/>
                <w:sz w:val="18"/>
              </w:rPr>
              <w:t xml:space="preserve">Zoe Schnepp                                                                                                              </w:t>
            </w:r>
          </w:p>
          <w:p w14:paraId="7F13FA60" w14:textId="77777777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>
              <w:rPr>
                <w:rFonts w:ascii="Arial" w:hAnsi="Arial"/>
                <w:sz w:val="18"/>
              </w:rPr>
              <w:t>Co-opted governor</w:t>
            </w:r>
          </w:p>
          <w:p w14:paraId="3C792498" w14:textId="2B3B226A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 w:rsidR="00BE703F">
              <w:rPr>
                <w:rFonts w:ascii="Arial" w:hAnsi="Arial"/>
                <w:sz w:val="18"/>
              </w:rPr>
              <w:t>15/03/2022</w:t>
            </w:r>
          </w:p>
          <w:p w14:paraId="0E7DAE78" w14:textId="1588E3C3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 w:rsidR="00BE703F">
              <w:rPr>
                <w:rFonts w:ascii="Arial" w:hAnsi="Arial"/>
                <w:sz w:val="18"/>
              </w:rPr>
              <w:t>14/03/2026</w:t>
            </w:r>
          </w:p>
          <w:p w14:paraId="2136EB0D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  <w:p w14:paraId="14BE9821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</w:p>
          <w:p w14:paraId="6EDED91E" w14:textId="12851D75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Name: </w:t>
            </w:r>
            <w:r w:rsidR="00BE703F">
              <w:rPr>
                <w:rFonts w:ascii="Arial" w:hAnsi="Arial"/>
                <w:b/>
                <w:i/>
                <w:sz w:val="18"/>
              </w:rPr>
              <w:t>Harvey Griffith</w:t>
            </w:r>
          </w:p>
          <w:p w14:paraId="763C3766" w14:textId="77777777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>
              <w:rPr>
                <w:rFonts w:ascii="Arial" w:hAnsi="Arial"/>
                <w:sz w:val="18"/>
              </w:rPr>
              <w:t>Co-opted governor</w:t>
            </w:r>
          </w:p>
          <w:p w14:paraId="7F264CA5" w14:textId="0645A8B1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 w:rsidR="00E34F8A">
              <w:rPr>
                <w:rFonts w:ascii="Arial" w:hAnsi="Arial"/>
                <w:sz w:val="18"/>
              </w:rPr>
              <w:t>01/02</w:t>
            </w:r>
            <w:r>
              <w:rPr>
                <w:rFonts w:ascii="Arial" w:hAnsi="Arial"/>
                <w:sz w:val="18"/>
              </w:rPr>
              <w:t>/2023</w:t>
            </w:r>
          </w:p>
          <w:p w14:paraId="7B575B3C" w14:textId="3E412B21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 w:rsidR="00E34F8A">
              <w:rPr>
                <w:rFonts w:ascii="Arial" w:hAnsi="Arial"/>
                <w:sz w:val="18"/>
              </w:rPr>
              <w:t>31/01</w:t>
            </w:r>
            <w:r>
              <w:rPr>
                <w:rFonts w:ascii="Arial" w:hAnsi="Arial"/>
                <w:sz w:val="18"/>
              </w:rPr>
              <w:t>/2027</w:t>
            </w:r>
          </w:p>
          <w:p w14:paraId="053C69E0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  <w:p w14:paraId="67BC8E35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</w:p>
          <w:p w14:paraId="47A87A92" w14:textId="074895C6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Name: </w:t>
            </w:r>
            <w:r w:rsidR="00E34F8A">
              <w:rPr>
                <w:rFonts w:ascii="Arial" w:hAnsi="Arial"/>
                <w:b/>
                <w:i/>
                <w:sz w:val="18"/>
              </w:rPr>
              <w:t>Jonathan Williams</w:t>
            </w:r>
          </w:p>
          <w:p w14:paraId="2572FB6C" w14:textId="521055CA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 w:rsidR="00E34F8A">
              <w:rPr>
                <w:rFonts w:ascii="Arial" w:hAnsi="Arial"/>
                <w:sz w:val="18"/>
              </w:rPr>
              <w:t>Executive Headteacher</w:t>
            </w:r>
          </w:p>
          <w:p w14:paraId="4724238B" w14:textId="731559AE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 w:rsidR="00E34F8A">
              <w:rPr>
                <w:rFonts w:ascii="Arial" w:hAnsi="Arial"/>
                <w:sz w:val="18"/>
              </w:rPr>
              <w:t>01/09/2011</w:t>
            </w:r>
          </w:p>
          <w:p w14:paraId="50746602" w14:textId="4FF77857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 w:rsidR="00E34F8A">
              <w:rPr>
                <w:rFonts w:ascii="Arial" w:hAnsi="Arial"/>
                <w:sz w:val="18"/>
              </w:rPr>
              <w:t>Permanent</w:t>
            </w:r>
          </w:p>
          <w:p w14:paraId="032F381C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  <w:p w14:paraId="159547C9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</w:p>
          <w:p w14:paraId="5E4065CC" w14:textId="77777777" w:rsidR="00E34F8A" w:rsidRDefault="00E34F8A" w:rsidP="006A65B4">
            <w:pPr>
              <w:spacing w:after="0"/>
              <w:rPr>
                <w:rFonts w:ascii="Arial" w:hAnsi="Arial"/>
                <w:b/>
                <w:i/>
                <w:sz w:val="18"/>
              </w:rPr>
            </w:pPr>
          </w:p>
          <w:p w14:paraId="1AEFA60A" w14:textId="3600F83F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lastRenderedPageBreak/>
              <w:t xml:space="preserve">Name:  </w:t>
            </w:r>
            <w:r w:rsidR="00E34F8A">
              <w:rPr>
                <w:rFonts w:ascii="Arial" w:hAnsi="Arial"/>
                <w:b/>
                <w:i/>
                <w:sz w:val="18"/>
              </w:rPr>
              <w:t>Jordan Shipton</w:t>
            </w:r>
          </w:p>
          <w:p w14:paraId="76C19410" w14:textId="4544A3D0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 w:rsidR="00E34F8A">
              <w:rPr>
                <w:rFonts w:ascii="Arial" w:hAnsi="Arial"/>
                <w:sz w:val="18"/>
              </w:rPr>
              <w:t>Staff</w:t>
            </w:r>
            <w:r>
              <w:rPr>
                <w:rFonts w:ascii="Arial" w:hAnsi="Arial"/>
                <w:sz w:val="18"/>
              </w:rPr>
              <w:t xml:space="preserve"> governor</w:t>
            </w:r>
          </w:p>
          <w:p w14:paraId="7B5A201F" w14:textId="47187EE8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 w:rsidR="00E34F8A">
              <w:rPr>
                <w:rFonts w:ascii="Arial" w:hAnsi="Arial"/>
                <w:sz w:val="18"/>
              </w:rPr>
              <w:t>24/01/2024</w:t>
            </w:r>
          </w:p>
          <w:p w14:paraId="4B8F3E45" w14:textId="686BAC2A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 w:rsidR="00E34F8A">
              <w:rPr>
                <w:rFonts w:ascii="Arial" w:hAnsi="Arial"/>
                <w:sz w:val="18"/>
              </w:rPr>
              <w:t>23/01/2028</w:t>
            </w:r>
          </w:p>
          <w:p w14:paraId="44FBE559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  <w:p w14:paraId="562C6886" w14:textId="77777777" w:rsidR="006A65B4" w:rsidRDefault="006A65B4" w:rsidP="006A65B4">
            <w:pPr>
              <w:spacing w:after="0"/>
              <w:rPr>
                <w:rFonts w:ascii="Arial" w:hAnsi="Arial"/>
                <w:sz w:val="18"/>
              </w:rPr>
            </w:pPr>
          </w:p>
          <w:p w14:paraId="00B2B4F3" w14:textId="251EF775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Name:  </w:t>
            </w:r>
            <w:r w:rsidR="002E620C">
              <w:rPr>
                <w:rFonts w:ascii="Arial" w:hAnsi="Arial"/>
                <w:b/>
                <w:i/>
                <w:sz w:val="18"/>
              </w:rPr>
              <w:t>Vicki Eaglefield</w:t>
            </w:r>
          </w:p>
          <w:p w14:paraId="62D480B4" w14:textId="77777777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Appointment: </w:t>
            </w:r>
            <w:r>
              <w:rPr>
                <w:rFonts w:ascii="Arial" w:hAnsi="Arial"/>
                <w:sz w:val="18"/>
              </w:rPr>
              <w:t>Co-opted governor</w:t>
            </w:r>
          </w:p>
          <w:p w14:paraId="0D5A5C9A" w14:textId="77777777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start: </w:t>
            </w:r>
            <w:r>
              <w:rPr>
                <w:rFonts w:ascii="Arial" w:hAnsi="Arial"/>
                <w:sz w:val="18"/>
              </w:rPr>
              <w:t>12/10/2023</w:t>
            </w:r>
          </w:p>
          <w:p w14:paraId="5E9F2B67" w14:textId="77777777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Term of office end: </w:t>
            </w:r>
            <w:r>
              <w:rPr>
                <w:rFonts w:ascii="Arial" w:hAnsi="Arial"/>
                <w:sz w:val="18"/>
              </w:rPr>
              <w:t>11/10/2027</w:t>
            </w:r>
          </w:p>
          <w:p w14:paraId="1197090F" w14:textId="1B50F5BF" w:rsidR="006A65B4" w:rsidRDefault="006A65B4" w:rsidP="006A65B4">
            <w:pPr>
              <w:spacing w:after="0"/>
            </w:pPr>
            <w:r>
              <w:rPr>
                <w:rFonts w:ascii="Arial" w:hAnsi="Arial"/>
                <w:b/>
                <w:i/>
                <w:sz w:val="18"/>
              </w:rPr>
              <w:t xml:space="preserve">Appointed by: </w:t>
            </w: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411" w:type="dxa"/>
          </w:tcPr>
          <w:p w14:paraId="1D7554F1" w14:textId="5BC932BD" w:rsidR="00BE703F" w:rsidRDefault="00BE703F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lastRenderedPageBreak/>
              <w:t>Interests to declare:</w:t>
            </w:r>
          </w:p>
          <w:p w14:paraId="0AB798FA" w14:textId="77777777" w:rsidR="00371D07" w:rsidRDefault="00BE703F">
            <w:pPr>
              <w:spacing w:after="0"/>
            </w:pPr>
            <w:r>
              <w:rPr>
                <w:rFonts w:ascii="Arial" w:hAnsi="Arial"/>
                <w:sz w:val="18"/>
              </w:rPr>
              <w:t>20/09/2025</w:t>
            </w:r>
            <w:r w:rsidR="00617520">
              <w:rPr>
                <w:rFonts w:ascii="Arial" w:hAnsi="Arial"/>
                <w:sz w:val="18"/>
              </w:rPr>
              <w:br/>
            </w:r>
          </w:p>
          <w:p w14:paraId="4CD1C4EF" w14:textId="77777777" w:rsidR="00BE703F" w:rsidRPr="00BE703F" w:rsidRDefault="00BE703F">
            <w:pPr>
              <w:spacing w:after="0"/>
              <w:rPr>
                <w:sz w:val="18"/>
                <w:szCs w:val="18"/>
              </w:rPr>
            </w:pPr>
          </w:p>
          <w:p w14:paraId="21BB974F" w14:textId="0C518AB8" w:rsidR="00BE703F" w:rsidRDefault="00BE703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Nothing</w:t>
            </w:r>
            <w:r w:rsidRPr="00BE703F">
              <w:rPr>
                <w:rFonts w:ascii="Arial" w:hAnsi="Arial" w:cs="Arial"/>
                <w:sz w:val="18"/>
                <w:szCs w:val="18"/>
              </w:rPr>
              <w:t xml:space="preserve"> to declare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EC2D319" w14:textId="790182C6" w:rsidR="00BE703F" w:rsidRDefault="00BE703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05/09/2025</w:t>
            </w:r>
          </w:p>
          <w:p w14:paraId="2836329C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B03AB45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5B0D3E0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C711C2F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DD9C868" w14:textId="507D6D11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Nothing to </w:t>
            </w:r>
          </w:p>
          <w:p w14:paraId="5A9CED04" w14:textId="63045115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declare:</w:t>
            </w:r>
          </w:p>
          <w:p w14:paraId="3120996B" w14:textId="0CF27DBF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07/10/2025</w:t>
            </w:r>
          </w:p>
          <w:p w14:paraId="4C12382B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3647D7D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2753395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BEF70D" w14:textId="140C487D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Nothing to </w:t>
            </w:r>
          </w:p>
          <w:p w14:paraId="2841428D" w14:textId="426DC324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declare:</w:t>
            </w:r>
          </w:p>
          <w:p w14:paraId="5477468D" w14:textId="4587D6CF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07/10/2025</w:t>
            </w:r>
          </w:p>
          <w:p w14:paraId="5352586E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EA03CAE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94892BD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760991D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E6B9860" w14:textId="5D772318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Nothing to</w:t>
            </w:r>
          </w:p>
          <w:p w14:paraId="5929396D" w14:textId="2BA3623A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declare:</w:t>
            </w:r>
          </w:p>
          <w:p w14:paraId="1C2DF99F" w14:textId="2318B752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07/10/2025</w:t>
            </w:r>
          </w:p>
          <w:p w14:paraId="541FF0B4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4E32BEF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2BF4362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5E30C08" w14:textId="128F86D2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Interests to</w:t>
            </w:r>
          </w:p>
          <w:p w14:paraId="0ADFC9C2" w14:textId="01B0867F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declare:</w:t>
            </w:r>
          </w:p>
          <w:p w14:paraId="4D9DEA92" w14:textId="2F3579AD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02/9/2025</w:t>
            </w:r>
          </w:p>
          <w:p w14:paraId="40AB5E0A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E138FE7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8508B95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2BFD50E" w14:textId="77777777" w:rsid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DD9503C" w14:textId="77777777" w:rsidR="00E34F8A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8FFB486" w14:textId="77777777" w:rsidR="00E34F8A" w:rsidRPr="00BE703F" w:rsidRDefault="00E34F8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A434317" w14:textId="1984F9F1" w:rsidR="00BE703F" w:rsidRDefault="00BE703F">
            <w:pPr>
              <w:spacing w:after="0"/>
            </w:pPr>
          </w:p>
        </w:tc>
        <w:tc>
          <w:tcPr>
            <w:tcW w:w="2563" w:type="dxa"/>
          </w:tcPr>
          <w:p w14:paraId="6D9C6894" w14:textId="77777777" w:rsidR="00371D07" w:rsidRDefault="00BE703F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lastRenderedPageBreak/>
              <w:t>University of Nottingham</w:t>
            </w:r>
          </w:p>
          <w:p w14:paraId="4C184CA3" w14:textId="77777777" w:rsidR="00BE703F" w:rsidRDefault="00BE703F">
            <w:pPr>
              <w:spacing w:after="0"/>
              <w:rPr>
                <w:rFonts w:ascii="Arial" w:hAnsi="Arial"/>
                <w:sz w:val="18"/>
              </w:rPr>
            </w:pPr>
          </w:p>
          <w:p w14:paraId="63450267" w14:textId="77777777" w:rsidR="00BE703F" w:rsidRDefault="00BE703F">
            <w:pPr>
              <w:spacing w:after="0"/>
              <w:rPr>
                <w:rFonts w:ascii="Arial" w:hAnsi="Arial"/>
                <w:sz w:val="18"/>
              </w:rPr>
            </w:pPr>
          </w:p>
          <w:p w14:paraId="0BE109DD" w14:textId="77777777" w:rsidR="00BE703F" w:rsidRDefault="00BE703F">
            <w:pPr>
              <w:spacing w:after="0"/>
              <w:rPr>
                <w:rFonts w:ascii="Arial" w:hAnsi="Arial"/>
                <w:sz w:val="18"/>
              </w:rPr>
            </w:pPr>
          </w:p>
          <w:p w14:paraId="76B1226E" w14:textId="77777777" w:rsidR="00BE703F" w:rsidRDefault="00BE703F">
            <w:pPr>
              <w:spacing w:after="0"/>
              <w:rPr>
                <w:rFonts w:ascii="Arial" w:hAnsi="Arial"/>
                <w:sz w:val="18"/>
              </w:rPr>
            </w:pPr>
          </w:p>
          <w:p w14:paraId="0909A21C" w14:textId="77777777" w:rsidR="00BE703F" w:rsidRDefault="00BE703F">
            <w:pPr>
              <w:spacing w:after="0"/>
            </w:pPr>
          </w:p>
          <w:p w14:paraId="045A4186" w14:textId="77777777" w:rsidR="002E620C" w:rsidRDefault="002E620C">
            <w:pPr>
              <w:spacing w:after="0"/>
            </w:pPr>
          </w:p>
          <w:p w14:paraId="61DE462C" w14:textId="77777777" w:rsidR="002E620C" w:rsidRDefault="002E620C">
            <w:pPr>
              <w:spacing w:after="0"/>
            </w:pPr>
          </w:p>
          <w:p w14:paraId="024BEFC3" w14:textId="77777777" w:rsidR="002E620C" w:rsidRDefault="002E620C">
            <w:pPr>
              <w:spacing w:after="0"/>
            </w:pPr>
          </w:p>
          <w:p w14:paraId="62FF9A7C" w14:textId="77777777" w:rsidR="002E620C" w:rsidRDefault="002E620C">
            <w:pPr>
              <w:spacing w:after="0"/>
            </w:pPr>
          </w:p>
          <w:p w14:paraId="753E76E9" w14:textId="77777777" w:rsidR="002E620C" w:rsidRDefault="002E620C">
            <w:pPr>
              <w:spacing w:after="0"/>
            </w:pPr>
          </w:p>
          <w:p w14:paraId="4B5DADD2" w14:textId="77777777" w:rsidR="002E620C" w:rsidRDefault="002E620C">
            <w:pPr>
              <w:spacing w:after="0"/>
            </w:pPr>
          </w:p>
          <w:p w14:paraId="7652A605" w14:textId="77777777" w:rsidR="002E620C" w:rsidRDefault="002E620C">
            <w:pPr>
              <w:spacing w:after="0"/>
            </w:pPr>
          </w:p>
          <w:p w14:paraId="3DBCB60C" w14:textId="77777777" w:rsidR="002E620C" w:rsidRDefault="002E620C">
            <w:pPr>
              <w:spacing w:after="0"/>
            </w:pPr>
          </w:p>
          <w:p w14:paraId="32BBBCE1" w14:textId="77777777" w:rsidR="002E620C" w:rsidRDefault="002E620C">
            <w:pPr>
              <w:spacing w:after="0"/>
            </w:pPr>
          </w:p>
          <w:p w14:paraId="17562D7C" w14:textId="77777777" w:rsidR="002E620C" w:rsidRDefault="002E620C">
            <w:pPr>
              <w:spacing w:after="0"/>
            </w:pPr>
          </w:p>
          <w:p w14:paraId="2015F796" w14:textId="77777777" w:rsidR="002E620C" w:rsidRDefault="002E620C">
            <w:pPr>
              <w:spacing w:after="0"/>
            </w:pPr>
          </w:p>
          <w:p w14:paraId="627A95AB" w14:textId="77777777" w:rsidR="002E620C" w:rsidRDefault="002E620C">
            <w:pPr>
              <w:spacing w:after="0"/>
            </w:pPr>
          </w:p>
          <w:p w14:paraId="2CFCAE8C" w14:textId="77777777" w:rsidR="002E620C" w:rsidRDefault="002E620C">
            <w:pPr>
              <w:spacing w:after="0"/>
            </w:pPr>
          </w:p>
          <w:p w14:paraId="2A9F3F67" w14:textId="77777777" w:rsidR="002E620C" w:rsidRDefault="002E620C">
            <w:pPr>
              <w:spacing w:after="0"/>
            </w:pPr>
          </w:p>
          <w:p w14:paraId="2DEA523D" w14:textId="77777777" w:rsidR="002E620C" w:rsidRDefault="002E620C">
            <w:pPr>
              <w:spacing w:after="0"/>
            </w:pPr>
          </w:p>
          <w:p w14:paraId="6F98B5CA" w14:textId="77777777" w:rsidR="002E620C" w:rsidRDefault="002E620C">
            <w:pPr>
              <w:spacing w:after="0"/>
            </w:pPr>
          </w:p>
          <w:p w14:paraId="4C4789C2" w14:textId="77777777" w:rsidR="002E620C" w:rsidRDefault="002E620C">
            <w:pPr>
              <w:spacing w:after="0"/>
            </w:pPr>
          </w:p>
          <w:p w14:paraId="1E045E17" w14:textId="77777777" w:rsidR="002E620C" w:rsidRDefault="002E620C">
            <w:pPr>
              <w:spacing w:after="0"/>
            </w:pPr>
          </w:p>
          <w:p w14:paraId="46279057" w14:textId="77777777" w:rsidR="002E620C" w:rsidRDefault="002E620C">
            <w:pPr>
              <w:spacing w:after="0"/>
            </w:pPr>
          </w:p>
          <w:p w14:paraId="03C0034D" w14:textId="77777777" w:rsidR="002E620C" w:rsidRDefault="002E620C">
            <w:pPr>
              <w:spacing w:after="0"/>
            </w:pPr>
          </w:p>
          <w:p w14:paraId="4F38467D" w14:textId="77777777" w:rsidR="002E620C" w:rsidRPr="002E620C" w:rsidRDefault="002E620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E620C">
              <w:rPr>
                <w:rFonts w:ascii="Arial" w:hAnsi="Arial" w:cs="Arial"/>
                <w:sz w:val="18"/>
                <w:szCs w:val="18"/>
              </w:rPr>
              <w:t xml:space="preserve">MW </w:t>
            </w:r>
            <w:proofErr w:type="spellStart"/>
            <w:r w:rsidRPr="002E620C">
              <w:rPr>
                <w:rFonts w:ascii="Arial" w:hAnsi="Arial" w:cs="Arial"/>
                <w:sz w:val="18"/>
                <w:szCs w:val="18"/>
              </w:rPr>
              <w:t>Cripwells</w:t>
            </w:r>
            <w:proofErr w:type="spellEnd"/>
          </w:p>
          <w:p w14:paraId="3171A901" w14:textId="757462C6" w:rsidR="002E620C" w:rsidRDefault="002E620C">
            <w:pPr>
              <w:spacing w:after="0"/>
            </w:pPr>
            <w:r w:rsidRPr="002E620C">
              <w:rPr>
                <w:rFonts w:ascii="Arial" w:hAnsi="Arial" w:cs="Arial"/>
                <w:sz w:val="18"/>
                <w:szCs w:val="18"/>
              </w:rPr>
              <w:t>Electrical, mechanical and fire/security systems</w:t>
            </w:r>
          </w:p>
        </w:tc>
        <w:tc>
          <w:tcPr>
            <w:tcW w:w="2736" w:type="dxa"/>
          </w:tcPr>
          <w:p w14:paraId="1A4FF68E" w14:textId="77777777" w:rsidR="00371D07" w:rsidRDefault="00BE703F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lastRenderedPageBreak/>
              <w:t>Employee</w:t>
            </w:r>
          </w:p>
          <w:p w14:paraId="4023290D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71B5079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A33C52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8D480B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14C95A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13342F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85A97FB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803CFC0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FBE7E4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6B78BA1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F069837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82BBFD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3E5585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D22E05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431835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340B52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1A88B16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8F7947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903189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48ABC85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53FB5E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F2FCDB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9FD9867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006387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C2338C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C7E5451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7D8C04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26BB08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B819C8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99CC39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440CC10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Husband works at</w:t>
            </w:r>
          </w:p>
          <w:p w14:paraId="706D4CD9" w14:textId="0097AB0F" w:rsidR="002E620C" w:rsidRDefault="002E620C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MW </w:t>
            </w:r>
            <w:proofErr w:type="spellStart"/>
            <w:r>
              <w:rPr>
                <w:rFonts w:ascii="Arial" w:hAnsi="Arial"/>
                <w:sz w:val="18"/>
              </w:rPr>
              <w:t>Cripwells</w:t>
            </w:r>
            <w:proofErr w:type="spellEnd"/>
          </w:p>
        </w:tc>
        <w:tc>
          <w:tcPr>
            <w:tcW w:w="2952" w:type="dxa"/>
          </w:tcPr>
          <w:p w14:paraId="2C2A1798" w14:textId="6C2CD01A" w:rsidR="00371D07" w:rsidRDefault="00371D07">
            <w:pPr>
              <w:spacing w:after="0"/>
            </w:pPr>
          </w:p>
        </w:tc>
        <w:tc>
          <w:tcPr>
            <w:tcW w:w="936" w:type="dxa"/>
          </w:tcPr>
          <w:p w14:paraId="1BA582F0" w14:textId="77777777" w:rsidR="00371D07" w:rsidRDefault="00BE703F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2013</w:t>
            </w:r>
          </w:p>
          <w:p w14:paraId="1A059389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E6D559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BD489C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D018A46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D4A676D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9AA171B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B00AAA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EAE88A9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BE7D269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D7352BC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B4141F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69FCDA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88BAB9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39F4401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28A490B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1875127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CA92B6D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97094B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AF4314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AF2CE8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DDF122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D5BD88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301A8CC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C27C0A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0967416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5F4FF9C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8F0306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70FB6C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6133420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D694CD0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5D7F84F" w14:textId="0B6BC7D5" w:rsidR="002E620C" w:rsidRDefault="002E620C">
            <w:pPr>
              <w:spacing w:after="0"/>
            </w:pPr>
            <w:r>
              <w:rPr>
                <w:rFonts w:ascii="Arial" w:hAnsi="Arial"/>
                <w:sz w:val="18"/>
              </w:rPr>
              <w:t>2015</w:t>
            </w:r>
          </w:p>
        </w:tc>
        <w:tc>
          <w:tcPr>
            <w:tcW w:w="936" w:type="dxa"/>
          </w:tcPr>
          <w:p w14:paraId="2D922AB0" w14:textId="77777777" w:rsidR="00371D07" w:rsidRDefault="00BE703F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lastRenderedPageBreak/>
              <w:t>Present</w:t>
            </w:r>
          </w:p>
          <w:p w14:paraId="52128E0D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6A80631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B7872B5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1918473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80BFD47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96ED490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AC4449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200E64B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5D81E1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883A0B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813F845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11A429C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568A0D4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C806B3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CCFD93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A509825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A32E82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B9406A6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F06175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17B97F6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8D3D1FD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06E325C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565AC09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467CD1D1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75BCAAA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89874A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24B93A8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35B0F3CD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908AE16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1FA7E9F2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6947FB8D" w14:textId="3C50B9BE" w:rsidR="002E620C" w:rsidRDefault="002E620C">
            <w:pPr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Present</w:t>
            </w:r>
          </w:p>
          <w:p w14:paraId="61F09EAE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C2C68CF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0BD246EA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512D9E2B" w14:textId="77777777" w:rsidR="002E620C" w:rsidRDefault="002E620C">
            <w:pPr>
              <w:spacing w:after="0"/>
              <w:rPr>
                <w:rFonts w:ascii="Arial" w:hAnsi="Arial"/>
                <w:sz w:val="18"/>
              </w:rPr>
            </w:pPr>
          </w:p>
          <w:p w14:paraId="295DE397" w14:textId="67C5E8EF" w:rsidR="002E620C" w:rsidRDefault="002E620C">
            <w:pPr>
              <w:spacing w:after="0"/>
            </w:pPr>
          </w:p>
        </w:tc>
      </w:tr>
    </w:tbl>
    <w:p w14:paraId="5FC635C1" w14:textId="77777777" w:rsidR="00617520" w:rsidRDefault="00617520"/>
    <w:sectPr w:rsidR="00617520" w:rsidSect="00034616">
      <w:pgSz w:w="16848" w:h="11952"/>
      <w:pgMar w:top="1440" w:right="648" w:bottom="144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5260489">
    <w:abstractNumId w:val="8"/>
  </w:num>
  <w:num w:numId="2" w16cid:durableId="1896625720">
    <w:abstractNumId w:val="6"/>
  </w:num>
  <w:num w:numId="3" w16cid:durableId="540827405">
    <w:abstractNumId w:val="5"/>
  </w:num>
  <w:num w:numId="4" w16cid:durableId="735469983">
    <w:abstractNumId w:val="4"/>
  </w:num>
  <w:num w:numId="5" w16cid:durableId="1448816472">
    <w:abstractNumId w:val="7"/>
  </w:num>
  <w:num w:numId="6" w16cid:durableId="2044862280">
    <w:abstractNumId w:val="3"/>
  </w:num>
  <w:num w:numId="7" w16cid:durableId="1979454543">
    <w:abstractNumId w:val="2"/>
  </w:num>
  <w:num w:numId="8" w16cid:durableId="514416673">
    <w:abstractNumId w:val="1"/>
  </w:num>
  <w:num w:numId="9" w16cid:durableId="204073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620C"/>
    <w:rsid w:val="00326F90"/>
    <w:rsid w:val="00371D07"/>
    <w:rsid w:val="00525D6C"/>
    <w:rsid w:val="00617520"/>
    <w:rsid w:val="00650DF3"/>
    <w:rsid w:val="006A65B4"/>
    <w:rsid w:val="0083546F"/>
    <w:rsid w:val="00AA1D8D"/>
    <w:rsid w:val="00B47730"/>
    <w:rsid w:val="00BE703F"/>
    <w:rsid w:val="00CB0664"/>
    <w:rsid w:val="00DA1AA3"/>
    <w:rsid w:val="00E34F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3A1FF8"/>
  <w14:defaultImageDpi w14:val="300"/>
  <w15:docId w15:val="{5586C495-AFA6-47F9-B673-0661C612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 J Williams</cp:lastModifiedBy>
  <cp:revision>2</cp:revision>
  <dcterms:created xsi:type="dcterms:W3CDTF">2026-10-16T12:36:00Z</dcterms:created>
  <dcterms:modified xsi:type="dcterms:W3CDTF">2026-10-16T12:36:00Z</dcterms:modified>
  <cp:category/>
</cp:coreProperties>
</file>